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61"/>
        <w:gridCol w:w="2787"/>
      </w:tblGrid>
      <w:tr w:rsidR="0088681B" w14:paraId="7F9D42CA" w14:textId="77777777" w:rsidTr="00FA4C75">
        <w:trPr>
          <w:trHeight w:val="1648"/>
        </w:trPr>
        <w:tc>
          <w:tcPr>
            <w:tcW w:w="6861" w:type="dxa"/>
          </w:tcPr>
          <w:p w14:paraId="79D4609E" w14:textId="77777777" w:rsidR="00FA4C75" w:rsidRDefault="00FA4C75" w:rsidP="00FA4C7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</w:p>
          <w:p w14:paraId="0673A295" w14:textId="78F25E8D" w:rsidR="00FA4C75" w:rsidRPr="000D43D5" w:rsidRDefault="00FA4C75" w:rsidP="0088681B">
            <w:pPr>
              <w:ind w:left="2022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FA4C7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СК «СевернаяДача»</w:t>
            </w:r>
            <w:r w:rsidRPr="00FA4C75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FA4C7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br/>
            </w:r>
            <w:r w:rsidR="00F63EC3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Баня мобильная брусовая 2</w:t>
            </w:r>
            <w:r w:rsidR="00F63EC3" w:rsidRPr="00F63EC3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.3</w:t>
            </w:r>
            <w:r w:rsidR="00F63EC3">
              <w:rPr>
                <w:rFonts w:ascii="Times New Roman" w:hAnsi="Times New Roman" w:cs="Times New Roman"/>
                <w:b/>
                <w:sz w:val="32"/>
                <w:szCs w:val="32"/>
              </w:rPr>
              <w:t>x</w:t>
            </w:r>
            <w:r w:rsidR="000D43D5" w:rsidRPr="000D43D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7</w:t>
            </w:r>
          </w:p>
          <w:p w14:paraId="7D8E7AAB" w14:textId="2B94CC70" w:rsidR="0088681B" w:rsidRDefault="0088681B" w:rsidP="0088681B">
            <w:pPr>
              <w:ind w:left="2022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</w:p>
        </w:tc>
        <w:tc>
          <w:tcPr>
            <w:tcW w:w="2787" w:type="dxa"/>
          </w:tcPr>
          <w:p w14:paraId="5E04F7A4" w14:textId="76275125" w:rsidR="00FA4C75" w:rsidRDefault="008868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val="ru-RU"/>
              </w:rPr>
              <w:drawing>
                <wp:inline distT="0" distB="0" distL="0" distR="0" wp14:anchorId="5D60DDD1" wp14:editId="573C94EE">
                  <wp:extent cx="1576387" cy="1576387"/>
                  <wp:effectExtent l="0" t="0" r="508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682" cy="1591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B61513" w14:textId="77777777" w:rsidR="00650564" w:rsidRPr="0088681B" w:rsidRDefault="00B34217" w:rsidP="00AB7D2B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8681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Карточка проекта / Техническое задание </w:t>
      </w:r>
    </w:p>
    <w:p w14:paraId="70537070" w14:textId="4B06F5A5" w:rsidR="00A545C1" w:rsidRPr="0088681B" w:rsidRDefault="00A545C1" w:rsidP="00A545C1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8681B">
        <w:rPr>
          <w:rStyle w:val="af6"/>
          <w:rFonts w:ascii="Times New Roman" w:hAnsi="Times New Roman" w:cs="Times New Roman"/>
          <w:sz w:val="28"/>
          <w:szCs w:val="28"/>
          <w:lang w:val="ru-RU"/>
        </w:rPr>
        <w:t>Ключевые условия строительства:</w:t>
      </w:r>
      <w:r w:rsidRPr="0088681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8681B">
        <w:rPr>
          <w:rFonts w:ascii="Segoe UI Emoji" w:hAnsi="Segoe UI Emoji" w:cs="Segoe UI Emoji"/>
          <w:sz w:val="28"/>
          <w:szCs w:val="28"/>
          <w:lang w:val="ru-RU"/>
        </w:rPr>
        <w:t>✔</w:t>
      </w:r>
      <w:r w:rsidRPr="0088681B">
        <w:rPr>
          <w:rFonts w:ascii="Times New Roman" w:hAnsi="Times New Roman" w:cs="Times New Roman"/>
          <w:sz w:val="28"/>
          <w:szCs w:val="28"/>
          <w:lang w:val="ru-RU"/>
        </w:rPr>
        <w:t xml:space="preserve"> Работаем без предоплаты</w:t>
      </w:r>
      <w:r w:rsidRPr="0088681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8681B">
        <w:rPr>
          <w:rFonts w:ascii="Segoe UI Emoji" w:hAnsi="Segoe UI Emoji" w:cs="Segoe UI Emoji"/>
          <w:sz w:val="28"/>
          <w:szCs w:val="28"/>
          <w:lang w:val="ru-RU"/>
        </w:rPr>
        <w:t>✔</w:t>
      </w:r>
      <w:r w:rsidRPr="0088681B">
        <w:rPr>
          <w:rFonts w:ascii="Times New Roman" w:hAnsi="Times New Roman" w:cs="Times New Roman"/>
          <w:sz w:val="28"/>
          <w:szCs w:val="28"/>
          <w:lang w:val="ru-RU"/>
        </w:rPr>
        <w:t xml:space="preserve"> Цена и комплектация фиксируются в договоре</w:t>
      </w:r>
      <w:r w:rsidRPr="0088681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8681B">
        <w:rPr>
          <w:rFonts w:ascii="Segoe UI Emoji" w:hAnsi="Segoe UI Emoji" w:cs="Segoe UI Emoji"/>
          <w:sz w:val="28"/>
          <w:szCs w:val="28"/>
          <w:lang w:val="ru-RU"/>
        </w:rPr>
        <w:t>✔</w:t>
      </w:r>
      <w:r w:rsidRPr="0088681B">
        <w:rPr>
          <w:rFonts w:ascii="Times New Roman" w:hAnsi="Times New Roman" w:cs="Times New Roman"/>
          <w:sz w:val="28"/>
          <w:szCs w:val="28"/>
          <w:lang w:val="ru-RU"/>
        </w:rPr>
        <w:t xml:space="preserve"> Фото и видеофиксация всех этапов</w:t>
      </w:r>
      <w:r w:rsidRPr="0088681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8681B">
        <w:rPr>
          <w:rFonts w:ascii="Segoe UI Emoji" w:hAnsi="Segoe UI Emoji" w:cs="Segoe UI Emoji"/>
          <w:sz w:val="28"/>
          <w:szCs w:val="28"/>
          <w:lang w:val="ru-RU"/>
        </w:rPr>
        <w:t>✔</w:t>
      </w:r>
      <w:r w:rsidRPr="0088681B">
        <w:rPr>
          <w:rFonts w:ascii="Times New Roman" w:hAnsi="Times New Roman" w:cs="Times New Roman"/>
          <w:sz w:val="28"/>
          <w:szCs w:val="28"/>
          <w:lang w:val="ru-RU"/>
        </w:rPr>
        <w:t xml:space="preserve"> Гарантия по договору</w:t>
      </w:r>
      <w:r w:rsidR="00F63EC3">
        <w:rPr>
          <w:rFonts w:ascii="Times New Roman" w:hAnsi="Times New Roman" w:cs="Times New Roman"/>
          <w:sz w:val="28"/>
          <w:szCs w:val="28"/>
          <w:lang w:val="ru-RU"/>
        </w:rPr>
        <w:t xml:space="preserve"> 1 год</w:t>
      </w:r>
    </w:p>
    <w:p w14:paraId="4C0D6050" w14:textId="3F0D9CC5" w:rsidR="00650564" w:rsidRPr="0088681B" w:rsidRDefault="00F63EC3" w:rsidP="00DE3898">
      <w:pPr>
        <w:pStyle w:val="ae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Техническое задание:</w:t>
      </w:r>
    </w:p>
    <w:tbl>
      <w:tblPr>
        <w:tblW w:w="9686" w:type="dxa"/>
        <w:tblLook w:val="04A0" w:firstRow="1" w:lastRow="0" w:firstColumn="1" w:lastColumn="0" w:noHBand="0" w:noVBand="1"/>
      </w:tblPr>
      <w:tblGrid>
        <w:gridCol w:w="3140"/>
        <w:gridCol w:w="6546"/>
      </w:tblGrid>
      <w:tr w:rsidR="0088681B" w:rsidRPr="0088681B" w14:paraId="5A360095" w14:textId="77777777" w:rsidTr="0088681B">
        <w:trPr>
          <w:trHeight w:val="22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65FEAF51" w14:textId="7434EBE7" w:rsidR="0088681B" w:rsidRPr="0088681B" w:rsidRDefault="00334491" w:rsidP="0088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Наименование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698AD1C" w14:textId="149F6C3C" w:rsidR="0088681B" w:rsidRPr="0088681B" w:rsidRDefault="00334491" w:rsidP="0088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Описание</w:t>
            </w:r>
          </w:p>
        </w:tc>
      </w:tr>
      <w:tr w:rsidR="0088681B" w:rsidRPr="00052772" w14:paraId="4597C12B" w14:textId="77777777" w:rsidTr="0088681B">
        <w:trPr>
          <w:trHeight w:val="22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C1463E" w14:textId="4BA34E4F" w:rsidR="0088681B" w:rsidRPr="00F63EC3" w:rsidRDefault="00F63EC3" w:rsidP="0088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ru-RU" w:eastAsia="ru-RU"/>
              </w:rPr>
              <w:t>Высота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B0AADD" w14:textId="38BB8E82" w:rsidR="0088681B" w:rsidRPr="000D43D5" w:rsidRDefault="00F63EC3" w:rsidP="00334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D43D5">
              <w:rPr>
                <w:rStyle w:val="s7"/>
                <w:rFonts w:ascii="Times New Roman" w:hAnsi="Times New Roman" w:cs="Times New Roman"/>
                <w:color w:val="000000"/>
                <w:lang w:val="ru-RU"/>
              </w:rPr>
              <w:t>1-го этажа</w:t>
            </w:r>
            <w:r w:rsidRPr="000D43D5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0D43D5">
              <w:rPr>
                <w:rStyle w:val="s8"/>
                <w:rFonts w:ascii="Times New Roman" w:hAnsi="Times New Roman" w:cs="Times New Roman"/>
                <w:b/>
                <w:bCs/>
                <w:color w:val="000000"/>
                <w:lang w:val="ru-RU"/>
              </w:rPr>
              <w:t>2,05</w:t>
            </w:r>
            <w:r w:rsidRPr="000D43D5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Pr="000D43D5">
              <w:rPr>
                <w:rStyle w:val="s8"/>
                <w:rFonts w:ascii="Times New Roman" w:hAnsi="Times New Roman" w:cs="Times New Roman"/>
                <w:b/>
                <w:bCs/>
                <w:color w:val="000000"/>
                <w:lang w:val="ru-RU"/>
              </w:rPr>
              <w:t>м</w:t>
            </w:r>
            <w:r w:rsidRPr="000D43D5">
              <w:rPr>
                <w:rStyle w:val="s7"/>
                <w:rFonts w:ascii="Times New Roman" w:hAnsi="Times New Roman" w:cs="Times New Roman"/>
                <w:color w:val="000000"/>
                <w:lang w:val="ru-RU"/>
              </w:rPr>
              <w:t>., высота фронтонов</w:t>
            </w:r>
            <w:r w:rsidRPr="000D43D5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Pr="000D43D5">
              <w:rPr>
                <w:rStyle w:val="s8"/>
                <w:rFonts w:ascii="Times New Roman" w:hAnsi="Times New Roman" w:cs="Times New Roman"/>
                <w:b/>
                <w:bCs/>
                <w:color w:val="000000"/>
                <w:lang w:val="ru-RU"/>
              </w:rPr>
              <w:t>0,30</w:t>
            </w:r>
            <w:r w:rsidRPr="000D43D5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Pr="000D43D5">
              <w:rPr>
                <w:rStyle w:val="s8"/>
                <w:rFonts w:ascii="Times New Roman" w:hAnsi="Times New Roman" w:cs="Times New Roman"/>
                <w:b/>
                <w:bCs/>
                <w:color w:val="000000"/>
                <w:lang w:val="ru-RU"/>
              </w:rPr>
              <w:t>м.</w:t>
            </w:r>
            <w:r w:rsidRPr="000D43D5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0D43D5">
              <w:rPr>
                <w:rStyle w:val="s7"/>
                <w:rFonts w:ascii="Times New Roman" w:hAnsi="Times New Roman" w:cs="Times New Roman"/>
                <w:color w:val="000000"/>
                <w:lang w:val="ru-RU"/>
              </w:rPr>
              <w:t>(допуски по высоте: +\-50 мм).</w:t>
            </w:r>
          </w:p>
        </w:tc>
      </w:tr>
      <w:tr w:rsidR="0088681B" w:rsidRPr="0088681B" w14:paraId="59F25149" w14:textId="77777777" w:rsidTr="0088681B">
        <w:trPr>
          <w:trHeight w:val="22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9DA6323" w14:textId="69886F19" w:rsidR="0088681B" w:rsidRPr="0088681B" w:rsidRDefault="00F63EC3" w:rsidP="0088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Фундамент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A1A31B8" w14:textId="1A26977D" w:rsidR="0088681B" w:rsidRPr="000D43D5" w:rsidRDefault="00F63EC3" w:rsidP="00334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D43D5">
              <w:rPr>
                <w:rFonts w:ascii="Times New Roman" w:hAnsi="Times New Roman" w:cs="Times New Roman"/>
              </w:rPr>
              <w:t>бетонные блоки, 6 шт.</w:t>
            </w:r>
          </w:p>
        </w:tc>
      </w:tr>
      <w:tr w:rsidR="0088681B" w:rsidRPr="00052772" w14:paraId="7FA997AB" w14:textId="77777777" w:rsidTr="0088681B">
        <w:trPr>
          <w:trHeight w:val="22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02537A9" w14:textId="714C6D6E" w:rsidR="0088681B" w:rsidRPr="0088681B" w:rsidRDefault="00F63EC3" w:rsidP="0088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Основание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916D32E" w14:textId="7D4AC4A2" w:rsidR="00F63EC3" w:rsidRPr="000D43D5" w:rsidRDefault="00F63EC3" w:rsidP="003344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D43D5">
              <w:rPr>
                <w:rFonts w:ascii="Times New Roman" w:hAnsi="Times New Roman" w:cs="Times New Roman"/>
                <w:lang w:val="ru-RU"/>
              </w:rPr>
              <w:t xml:space="preserve">конструируется из бруса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 xml:space="preserve">150х100 мм., </w:t>
            </w:r>
            <w:r w:rsidRPr="000D43D5">
              <w:rPr>
                <w:rFonts w:ascii="Times New Roman" w:hAnsi="Times New Roman" w:cs="Times New Roman"/>
                <w:lang w:val="ru-RU"/>
              </w:rPr>
              <w:t>естественной влажности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 xml:space="preserve">, 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устанавливаются лаги из доски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>100х40 мм.,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 естественной влажности, на ребро, с шагом не более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>590 мм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. По лагам прибивается брусок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>50х40 мм. –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 естественной влажности. На него закладывается черновой пол: не строганная, обрезная доска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>100х22 мм.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 – естественной влажности. Монтируется ветровлагоизоляция «Технохаут А», закладывается утеплитель рулонного типа </w:t>
            </w:r>
            <w:r w:rsidRPr="000D43D5">
              <w:rPr>
                <w:rFonts w:ascii="Times New Roman" w:hAnsi="Times New Roman" w:cs="Times New Roman"/>
                <w:spacing w:val="1"/>
                <w:shd w:val="clear" w:color="auto" w:fill="FFFFFF"/>
                <w:lang w:val="ru-RU"/>
              </w:rPr>
              <w:t xml:space="preserve">«Кнауф» в </w:t>
            </w:r>
            <w:r w:rsidRPr="000D43D5">
              <w:rPr>
                <w:rFonts w:ascii="Times New Roman" w:hAnsi="Times New Roman" w:cs="Times New Roman"/>
                <w:b/>
                <w:color w:val="FF0000"/>
                <w:spacing w:val="1"/>
                <w:shd w:val="clear" w:color="auto" w:fill="FFFFFF"/>
                <w:lang w:val="ru-RU"/>
              </w:rPr>
              <w:t>100 мм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 и</w:t>
            </w:r>
            <w:r w:rsidRPr="000D43D5">
              <w:rPr>
                <w:rFonts w:ascii="Times New Roman" w:hAnsi="Times New Roman" w:cs="Times New Roman"/>
                <w:b/>
                <w:color w:val="FF0000"/>
                <w:lang w:val="ru-RU"/>
              </w:rPr>
              <w:t xml:space="preserve"> </w:t>
            </w:r>
            <w:r w:rsidRPr="000D43D5">
              <w:rPr>
                <w:rFonts w:ascii="Times New Roman" w:hAnsi="Times New Roman" w:cs="Times New Roman"/>
                <w:lang w:val="ru-RU"/>
              </w:rPr>
              <w:t>монтируется пароизоляция «Технохаут В».</w:t>
            </w:r>
          </w:p>
          <w:p w14:paraId="6ED51593" w14:textId="4D20A997" w:rsidR="0088681B" w:rsidRPr="000D43D5" w:rsidRDefault="0088681B" w:rsidP="00334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</w:tr>
      <w:tr w:rsidR="0088681B" w:rsidRPr="00052772" w14:paraId="20E21A91" w14:textId="77777777" w:rsidTr="0088681B">
        <w:trPr>
          <w:trHeight w:val="22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82C7149" w14:textId="247CA5E6" w:rsidR="0088681B" w:rsidRPr="00F63EC3" w:rsidRDefault="00F63EC3" w:rsidP="0088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ru-RU" w:eastAsia="ru-RU"/>
              </w:rPr>
              <w:t>Чистовой пол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C02C23A" w14:textId="7EB2B504" w:rsidR="0088681B" w:rsidRPr="000D43D5" w:rsidRDefault="00F63EC3" w:rsidP="003344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D43D5">
              <w:rPr>
                <w:rFonts w:ascii="Times New Roman" w:hAnsi="Times New Roman" w:cs="Times New Roman"/>
                <w:lang w:val="ru-RU"/>
              </w:rPr>
              <w:t>везде используется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D43D5">
              <w:rPr>
                <w:rFonts w:ascii="Times New Roman" w:hAnsi="Times New Roman" w:cs="Times New Roman"/>
                <w:lang w:val="ru-RU"/>
              </w:rPr>
              <w:t>шпунтованная доска камерной сушки толщиной 28 мм.</w:t>
            </w:r>
          </w:p>
        </w:tc>
      </w:tr>
      <w:tr w:rsidR="0088681B" w:rsidRPr="0088681B" w14:paraId="3F9EE6C0" w14:textId="77777777" w:rsidTr="0088681B">
        <w:trPr>
          <w:trHeight w:val="22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21EAF2" w14:textId="76041513" w:rsidR="0088681B" w:rsidRPr="0088681B" w:rsidRDefault="00F63EC3" w:rsidP="0088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Стены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93EF738" w14:textId="4516229B" w:rsidR="0088681B" w:rsidRPr="000D43D5" w:rsidRDefault="00F63EC3" w:rsidP="003344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D43D5">
              <w:rPr>
                <w:rFonts w:ascii="Times New Roman" w:hAnsi="Times New Roman" w:cs="Times New Roman"/>
                <w:lang w:val="ru-RU"/>
              </w:rPr>
              <w:t xml:space="preserve">выполняются из профилированного бруса сечением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>140х90 мм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 +\-5мм. Прострожка бруса «прямая или овальная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>на выбор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». Брус изготовлен из древесины хвойных пород (ель, сосна). Строительный материал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 xml:space="preserve">(естественной влажности). 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Сборка венцов выполняется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 xml:space="preserve">«в тёплый угол – пол дерева» </w:t>
            </w:r>
            <w:r w:rsidRPr="000D43D5">
              <w:rPr>
                <w:rFonts w:ascii="Times New Roman" w:hAnsi="Times New Roman" w:cs="Times New Roman"/>
                <w:lang w:val="ru-RU"/>
              </w:rPr>
              <w:t>на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 xml:space="preserve"> металлические гвозди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. Межвенцовый уплотнитель - льноджутовое полотно (3-5 см). Джут подбивается, но не конопатится. </w:t>
            </w:r>
            <w:r w:rsidRPr="000D43D5">
              <w:rPr>
                <w:rFonts w:ascii="Times New Roman" w:hAnsi="Times New Roman" w:cs="Times New Roman"/>
              </w:rPr>
              <w:t>Снаружи углы зашиваются вагонкой.</w:t>
            </w:r>
          </w:p>
        </w:tc>
      </w:tr>
      <w:tr w:rsidR="0088681B" w:rsidRPr="00357DAF" w14:paraId="315CBFA4" w14:textId="77777777" w:rsidTr="0088681B">
        <w:trPr>
          <w:trHeight w:val="22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E07318F" w14:textId="65D9E4B9" w:rsidR="0088681B" w:rsidRPr="0088681B" w:rsidRDefault="00F63EC3" w:rsidP="0088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Перегородки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50524AD" w14:textId="19BB299B" w:rsidR="0088681B" w:rsidRPr="000D43D5" w:rsidRDefault="00F63EC3" w:rsidP="00334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D43D5">
              <w:rPr>
                <w:rFonts w:ascii="Times New Roman" w:hAnsi="Times New Roman" w:cs="Times New Roman"/>
                <w:lang w:val="ru-RU"/>
              </w:rPr>
              <w:t xml:space="preserve">собирается каркас из бруска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>50х40 мм</w:t>
            </w:r>
            <w:r w:rsidRPr="000D43D5">
              <w:rPr>
                <w:rFonts w:ascii="Times New Roman" w:hAnsi="Times New Roman" w:cs="Times New Roman"/>
                <w:lang w:val="ru-RU"/>
              </w:rPr>
              <w:t>. естественной влажности, далее обшиваются изнутри горизонтально вагонкой камерной сушки, толщиной 12,5 мм.</w:t>
            </w:r>
          </w:p>
        </w:tc>
      </w:tr>
      <w:tr w:rsidR="0088681B" w:rsidRPr="0088681B" w14:paraId="3049E7D7" w14:textId="77777777" w:rsidTr="0088681B">
        <w:trPr>
          <w:trHeight w:val="22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E30B24C" w14:textId="490F65F6" w:rsidR="0088681B" w:rsidRPr="0088681B" w:rsidRDefault="00F63EC3" w:rsidP="0088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Потолок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D34DE88" w14:textId="72AD88F9" w:rsidR="0088681B" w:rsidRPr="000D43D5" w:rsidRDefault="00F63EC3" w:rsidP="00334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D43D5">
              <w:rPr>
                <w:rFonts w:ascii="Times New Roman" w:hAnsi="Times New Roman" w:cs="Times New Roman"/>
                <w:spacing w:val="1"/>
                <w:shd w:val="clear" w:color="auto" w:fill="FFFFFF"/>
                <w:lang w:val="ru-RU"/>
              </w:rPr>
              <w:t xml:space="preserve">Утепляется рулонным утеплителем «Кнауф» в </w:t>
            </w:r>
            <w:r w:rsidRPr="000D43D5">
              <w:rPr>
                <w:rFonts w:ascii="Times New Roman" w:hAnsi="Times New Roman" w:cs="Times New Roman"/>
                <w:b/>
                <w:color w:val="FF0000"/>
                <w:spacing w:val="1"/>
                <w:shd w:val="clear" w:color="auto" w:fill="FFFFFF"/>
                <w:lang w:val="ru-RU"/>
              </w:rPr>
              <w:t>100 мм.,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 и</w:t>
            </w:r>
            <w:r w:rsidRPr="000D43D5">
              <w:rPr>
                <w:rFonts w:ascii="Times New Roman" w:hAnsi="Times New Roman" w:cs="Times New Roman"/>
                <w:b/>
                <w:color w:val="FF0000"/>
                <w:lang w:val="ru-RU"/>
              </w:rPr>
              <w:t xml:space="preserve"> 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монтируется пароизоляция «Технохаут В». </w:t>
            </w:r>
            <w:r w:rsidRPr="000D43D5">
              <w:rPr>
                <w:rFonts w:ascii="Times New Roman" w:hAnsi="Times New Roman" w:cs="Times New Roman"/>
              </w:rPr>
              <w:t>Обшиваются вагонкой камерной сушки, толщиной 12,5 мм.</w:t>
            </w:r>
          </w:p>
        </w:tc>
      </w:tr>
      <w:tr w:rsidR="0088681B" w:rsidRPr="00052772" w14:paraId="3CC06BAD" w14:textId="77777777" w:rsidTr="0088681B">
        <w:trPr>
          <w:trHeight w:val="22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E4FF42E" w14:textId="306C5D7B" w:rsidR="0088681B" w:rsidRPr="0088681B" w:rsidRDefault="00F63EC3" w:rsidP="0088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Парная 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C5750B7" w14:textId="567A9A1A" w:rsidR="0088681B" w:rsidRPr="000D43D5" w:rsidRDefault="00F63EC3" w:rsidP="00334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D43D5">
              <w:rPr>
                <w:rFonts w:ascii="Times New Roman" w:hAnsi="Times New Roman" w:cs="Times New Roman"/>
                <w:lang w:val="ru-RU"/>
              </w:rPr>
              <w:t>Обшивается осиновой вагонкой «класс Б» с прокладкой рулонной фольги везде. Устанавливаются осиновые двухъярусные пологи «класс Б», нижняя ступенька 4 доски, верхняя ступенька 7 досок.</w:t>
            </w:r>
          </w:p>
        </w:tc>
      </w:tr>
      <w:tr w:rsidR="00D13055" w:rsidRPr="00052772" w14:paraId="6EF966B8" w14:textId="77777777" w:rsidTr="0088681B">
        <w:trPr>
          <w:trHeight w:val="22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5828CE1" w14:textId="37F73BEB" w:rsidR="00D13055" w:rsidRPr="000617B3" w:rsidRDefault="00F63EC3" w:rsidP="0088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Моечная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C6377D7" w14:textId="2FF94A21" w:rsidR="00D13055" w:rsidRPr="000D43D5" w:rsidRDefault="00F63EC3" w:rsidP="003344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D43D5">
              <w:rPr>
                <w:rFonts w:ascii="Times New Roman" w:hAnsi="Times New Roman" w:cs="Times New Roman"/>
                <w:lang w:val="ru-RU"/>
              </w:rPr>
              <w:t>Выполняются полы с</w:t>
            </w:r>
            <w:r w:rsidR="00AF4C76" w:rsidRPr="000D43D5">
              <w:rPr>
                <w:rFonts w:ascii="Times New Roman" w:hAnsi="Times New Roman" w:cs="Times New Roman"/>
                <w:lang w:val="ru-RU"/>
              </w:rPr>
              <w:t xml:space="preserve"> системой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 желоб для слива воды, В качестве утеплителя в помещении будет использоваться «Керамзит».</w:t>
            </w:r>
          </w:p>
        </w:tc>
      </w:tr>
      <w:tr w:rsidR="0088681B" w:rsidRPr="0088681B" w14:paraId="72EA44FD" w14:textId="77777777" w:rsidTr="0088681B">
        <w:trPr>
          <w:trHeight w:val="22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CEF949B" w14:textId="079762CC" w:rsidR="0088681B" w:rsidRPr="0088681B" w:rsidRDefault="00AF4C76" w:rsidP="0088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Печь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E24C018" w14:textId="097BA45F" w:rsidR="0088681B" w:rsidRPr="000D43D5" w:rsidRDefault="00AF4C76" w:rsidP="003344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D43D5">
              <w:rPr>
                <w:rFonts w:ascii="Times New Roman" w:hAnsi="Times New Roman" w:cs="Times New Roman"/>
                <w:lang w:val="ru-RU"/>
              </w:rPr>
              <w:t xml:space="preserve">Устанавливается печь «Каменка» с выводом в стену, и встроенным металлическим баком для воды. </w:t>
            </w:r>
            <w:r w:rsidRPr="000D43D5">
              <w:rPr>
                <w:rFonts w:ascii="Times New Roman" w:hAnsi="Times New Roman" w:cs="Times New Roman"/>
              </w:rPr>
              <w:t>Выполняется отделка околотопочного пространства оцинкованным железом.</w:t>
            </w:r>
          </w:p>
        </w:tc>
      </w:tr>
      <w:tr w:rsidR="0088681B" w:rsidRPr="0088681B" w14:paraId="17720247" w14:textId="77777777" w:rsidTr="0088681B">
        <w:trPr>
          <w:trHeight w:val="227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06589CF" w14:textId="77777777" w:rsidR="0088681B" w:rsidRPr="0088681B" w:rsidRDefault="0088681B" w:rsidP="0088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868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Крыша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2649340" w14:textId="656E4840" w:rsidR="0088681B" w:rsidRPr="000D43D5" w:rsidRDefault="00AF4C76" w:rsidP="00334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D43D5">
              <w:rPr>
                <w:rFonts w:ascii="Times New Roman" w:hAnsi="Times New Roman" w:cs="Times New Roman"/>
                <w:b/>
                <w:lang w:val="ru-RU"/>
              </w:rPr>
              <w:t xml:space="preserve">Два ската. 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Стропила изготавливаются из доски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 xml:space="preserve">100х40 мм. </w:t>
            </w:r>
            <w:r w:rsidRPr="000D43D5">
              <w:rPr>
                <w:rFonts w:ascii="Times New Roman" w:hAnsi="Times New Roman" w:cs="Times New Roman"/>
                <w:lang w:val="ru-RU"/>
              </w:rPr>
              <w:t>естественной влажности на ребро, с шагом 590 мм.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Конструируется обрешётка из не строганной, обрезной доски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 xml:space="preserve">100х22 мм. – 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естественной влажности. Кровля: </w:t>
            </w:r>
            <w:r w:rsidRPr="000D43D5">
              <w:rPr>
                <w:rFonts w:ascii="Times New Roman" w:hAnsi="Times New Roman" w:cs="Times New Roman"/>
                <w:b/>
                <w:lang w:val="ru-RU"/>
              </w:rPr>
              <w:t xml:space="preserve">Проф. лист, оцинкованный. 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Под кровлю устанавливается подкровельная мембранная пленка «Ондутис А».  </w:t>
            </w:r>
            <w:r w:rsidRPr="000D43D5">
              <w:rPr>
                <w:rFonts w:ascii="Times New Roman" w:hAnsi="Times New Roman" w:cs="Times New Roman"/>
              </w:rPr>
              <w:t>Вынос крыши по периметру 10 см. (1 доска вагонки)</w:t>
            </w:r>
          </w:p>
        </w:tc>
      </w:tr>
      <w:tr w:rsidR="0088681B" w:rsidRPr="00052772" w14:paraId="088EA1FE" w14:textId="77777777" w:rsidTr="00334491">
        <w:trPr>
          <w:trHeight w:val="453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BCE135F" w14:textId="32E0D99A" w:rsidR="0088681B" w:rsidRPr="0088681B" w:rsidRDefault="00AF4C76" w:rsidP="0088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Двери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BC9D21D" w14:textId="6A26ED87" w:rsidR="0088681B" w:rsidRPr="000D43D5" w:rsidRDefault="00AF4C76" w:rsidP="003344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D43D5">
              <w:rPr>
                <w:rFonts w:ascii="Times New Roman" w:hAnsi="Times New Roman" w:cs="Times New Roman"/>
                <w:lang w:val="ru-RU"/>
              </w:rPr>
              <w:t>Входная и в моечную двери каркасные, обшитые хвойной вагонкой, в парную – банная, клиновая.</w:t>
            </w:r>
          </w:p>
        </w:tc>
      </w:tr>
      <w:tr w:rsidR="0088681B" w:rsidRPr="000D43D5" w14:paraId="3B2C5928" w14:textId="77777777" w:rsidTr="00334491">
        <w:trPr>
          <w:trHeight w:val="227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2E93FB3" w14:textId="0C999BB5" w:rsidR="0088681B" w:rsidRPr="0088681B" w:rsidRDefault="00AF4C76" w:rsidP="00334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Окна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93D993C" w14:textId="6D446D5C" w:rsidR="0088681B" w:rsidRPr="000D43D5" w:rsidRDefault="000D43D5" w:rsidP="000D43D5">
            <w:pPr>
              <w:jc w:val="both"/>
              <w:rPr>
                <w:rFonts w:ascii="Times New Roman" w:hAnsi="Times New Roman" w:cs="Times New Roman"/>
              </w:rPr>
            </w:pPr>
            <w:r w:rsidRPr="000D43D5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деревянные, имитация стеклопакета:</w:t>
            </w:r>
            <w:r w:rsidRPr="000D43D5">
              <w:rPr>
                <w:rFonts w:ascii="Times New Roman" w:hAnsi="Times New Roman" w:cs="Times New Roman"/>
                <w:lang w:val="ru-RU"/>
              </w:rPr>
              <w:t xml:space="preserve"> 1 шт. 0.6х0.6 м., 1 шт. 0.8х0.8 м., 1 шт. 0.4х0.4 м.</w:t>
            </w:r>
          </w:p>
        </w:tc>
      </w:tr>
      <w:tr w:rsidR="0088681B" w:rsidRPr="000D43D5" w14:paraId="07C23E11" w14:textId="77777777" w:rsidTr="00334491">
        <w:trPr>
          <w:trHeight w:val="194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F651C83" w14:textId="6D5E1770" w:rsidR="0088681B" w:rsidRPr="0088681B" w:rsidRDefault="00AF4C76" w:rsidP="00334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Плинтус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503A448" w14:textId="13189918" w:rsidR="0088681B" w:rsidRPr="000D43D5" w:rsidRDefault="00AF4C76" w:rsidP="003344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D43D5">
              <w:rPr>
                <w:rFonts w:ascii="Times New Roman" w:hAnsi="Times New Roman" w:cs="Times New Roman"/>
                <w:lang w:val="ru-RU"/>
              </w:rPr>
              <w:t>Хвойных пород, по периметру комнат.</w:t>
            </w:r>
          </w:p>
        </w:tc>
      </w:tr>
      <w:tr w:rsidR="00AF4C76" w:rsidRPr="00AF4C76" w14:paraId="5C833416" w14:textId="77777777" w:rsidTr="00334491">
        <w:trPr>
          <w:trHeight w:val="194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0590EC74" w14:textId="741D3A6A" w:rsidR="00AF4C76" w:rsidRDefault="00AF4C76" w:rsidP="00334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Электрика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3CBCCF9" w14:textId="23A408AC" w:rsidR="00AF4C76" w:rsidRPr="000D43D5" w:rsidRDefault="00AF4C76" w:rsidP="003344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D43D5">
              <w:rPr>
                <w:rFonts w:ascii="Times New Roman" w:hAnsi="Times New Roman" w:cs="Times New Roman"/>
                <w:lang w:val="ru-RU"/>
              </w:rPr>
              <w:t xml:space="preserve">В кабель-канале. В каждом помещении плафон, в комнате отдыха выключатель, над столиком двойная розетка. </w:t>
            </w:r>
            <w:r w:rsidRPr="000D43D5">
              <w:rPr>
                <w:rFonts w:ascii="Times New Roman" w:hAnsi="Times New Roman" w:cs="Times New Roman"/>
              </w:rPr>
              <w:t>(Автомат 16 ампер)</w:t>
            </w:r>
          </w:p>
        </w:tc>
      </w:tr>
      <w:tr w:rsidR="00334491" w:rsidRPr="000D43D5" w14:paraId="606A6359" w14:textId="77777777" w:rsidTr="00334491">
        <w:trPr>
          <w:trHeight w:val="194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8B6BFE3" w14:textId="573CA9BD" w:rsidR="00334491" w:rsidRDefault="00334491" w:rsidP="00334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Покраска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55EC2C3F" w14:textId="014D9439" w:rsidR="00334491" w:rsidRPr="000D43D5" w:rsidRDefault="00334491" w:rsidP="003344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D43D5">
              <w:rPr>
                <w:rFonts w:ascii="Times New Roman" w:hAnsi="Times New Roman" w:cs="Times New Roman"/>
                <w:lang w:val="ru-RU"/>
              </w:rPr>
              <w:t>выполняется базовая покраска бани с наружи.</w:t>
            </w:r>
          </w:p>
        </w:tc>
      </w:tr>
      <w:tr w:rsidR="00AF4C76" w:rsidRPr="00357DAF" w14:paraId="79E1A1CF" w14:textId="77777777" w:rsidTr="00334491">
        <w:trPr>
          <w:trHeight w:val="194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C79265D" w14:textId="3CF104C2" w:rsidR="00AF4C76" w:rsidRDefault="00AF4C76" w:rsidP="00334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Доставка и выгрузка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EC1BFA3" w14:textId="40D8ED57" w:rsidR="00AF4C76" w:rsidRPr="00357DAF" w:rsidRDefault="00357DAF" w:rsidP="003344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57DAF">
              <w:rPr>
                <w:rFonts w:ascii="Times New Roman" w:hAnsi="Times New Roman" w:cs="Times New Roman"/>
                <w:lang w:val="ru-RU"/>
              </w:rPr>
              <w:t>Доставка бани входит в стоимость.</w:t>
            </w:r>
            <w:r w:rsidRPr="00357DAF">
              <w:rPr>
                <w:lang w:val="ru-RU"/>
              </w:rPr>
              <w:t xml:space="preserve"> </w:t>
            </w:r>
            <w:r w:rsidRPr="00176C75">
              <w:rPr>
                <w:rFonts w:ascii="Times New Roman" w:hAnsi="Times New Roman" w:cs="Times New Roman"/>
                <w:lang w:val="ru-RU"/>
              </w:rPr>
              <w:t xml:space="preserve">Кран для разгрузки подбирается непосредственно по месту доставки. Стоимость его услуг предварительно согласовывается с заказчиком и оплачивается заказчиком </w:t>
            </w:r>
            <w:r w:rsidRPr="00357DAF">
              <w:rPr>
                <w:lang w:val="ru-RU"/>
              </w:rPr>
              <w:t>отдельно</w:t>
            </w:r>
          </w:p>
        </w:tc>
      </w:tr>
      <w:tr w:rsidR="0088681B" w:rsidRPr="000D43D5" w14:paraId="5F09EC01" w14:textId="77777777" w:rsidTr="00334491">
        <w:trPr>
          <w:trHeight w:val="344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1D3D8D5" w14:textId="4CB9BA1C" w:rsidR="0088681B" w:rsidRPr="00AF4C76" w:rsidRDefault="00AF4C76" w:rsidP="00334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AF4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Мебель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732483B" w14:textId="5E99DE15" w:rsidR="0088681B" w:rsidRPr="000D43D5" w:rsidRDefault="00AF4C76" w:rsidP="00334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0D43D5">
              <w:rPr>
                <w:rFonts w:ascii="Times New Roman" w:hAnsi="Times New Roman" w:cs="Times New Roman"/>
                <w:lang w:val="ru-RU"/>
              </w:rPr>
              <w:t>В комнате отдыха стол и две лавочки.</w:t>
            </w:r>
          </w:p>
        </w:tc>
      </w:tr>
      <w:tr w:rsidR="00934642" w:rsidRPr="00AF4C76" w14:paraId="087F1289" w14:textId="77777777" w:rsidTr="00334491">
        <w:trPr>
          <w:trHeight w:val="344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01D1C208" w14:textId="0CE6A789" w:rsidR="00934642" w:rsidRPr="00934642" w:rsidRDefault="00934642" w:rsidP="00334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Цена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670D68EC" w14:textId="7D57A2BB" w:rsidR="00934642" w:rsidRPr="000D43D5" w:rsidRDefault="00052772" w:rsidP="003344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ru-RU"/>
              </w:rPr>
              <w:t>41</w:t>
            </w:r>
            <w:r w:rsidR="000D43D5" w:rsidRPr="000D43D5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3</w:t>
            </w:r>
            <w:r w:rsidR="00934642" w:rsidRPr="000D43D5">
              <w:rPr>
                <w:rFonts w:ascii="Times New Roman" w:hAnsi="Times New Roman" w:cs="Times New Roman"/>
                <w:color w:val="EE0000"/>
                <w:sz w:val="28"/>
                <w:szCs w:val="28"/>
                <w:lang w:val="ru-RU"/>
              </w:rPr>
              <w:t> 000 руб</w:t>
            </w:r>
          </w:p>
        </w:tc>
      </w:tr>
    </w:tbl>
    <w:p w14:paraId="2DDB8712" w14:textId="77777777" w:rsidR="00650564" w:rsidRPr="00DE3898" w:rsidRDefault="00650564">
      <w:pPr>
        <w:rPr>
          <w:rFonts w:ascii="Times New Roman" w:hAnsi="Times New Roman" w:cs="Times New Roman"/>
          <w:u w:val="single"/>
          <w:lang w:val="ru-RU"/>
        </w:rPr>
      </w:pPr>
    </w:p>
    <w:p w14:paraId="59E2506E" w14:textId="77777777" w:rsidR="0088681B" w:rsidRDefault="0088681B" w:rsidP="0088681B">
      <w:pPr>
        <w:pStyle w:val="ae"/>
        <w:ind w:left="0"/>
        <w:rPr>
          <w:rFonts w:ascii="Times New Roman" w:hAnsi="Times New Roman" w:cs="Times New Roman"/>
          <w:b/>
          <w:sz w:val="28"/>
          <w:lang w:val="ru-RU"/>
        </w:rPr>
      </w:pPr>
    </w:p>
    <w:p w14:paraId="26ED3E40" w14:textId="77777777" w:rsidR="0088681B" w:rsidRPr="00FE5313" w:rsidRDefault="0088681B" w:rsidP="00DE3898">
      <w:pPr>
        <w:pStyle w:val="ae"/>
        <w:ind w:left="0"/>
        <w:jc w:val="center"/>
        <w:rPr>
          <w:rFonts w:ascii="Times New Roman" w:hAnsi="Times New Roman" w:cs="Times New Roman"/>
          <w:b/>
          <w:sz w:val="28"/>
        </w:rPr>
      </w:pPr>
    </w:p>
    <w:p w14:paraId="3550AC52" w14:textId="6E286B5A" w:rsidR="00604980" w:rsidRPr="008E03D7" w:rsidRDefault="00DE3898" w:rsidP="008E03D7">
      <w:pPr>
        <w:pStyle w:val="ae"/>
        <w:ind w:left="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E3898">
        <w:rPr>
          <w:rFonts w:ascii="Times New Roman" w:hAnsi="Times New Roman" w:cs="Times New Roman"/>
          <w:b/>
          <w:sz w:val="28"/>
          <w:lang w:val="ru-RU"/>
        </w:rPr>
        <w:lastRenderedPageBreak/>
        <w:t>ПЛАНИРОВКА И ВИЗ</w:t>
      </w:r>
      <w:r w:rsidR="00FA4C75">
        <w:rPr>
          <w:rFonts w:ascii="Times New Roman" w:hAnsi="Times New Roman" w:cs="Times New Roman"/>
          <w:b/>
          <w:sz w:val="28"/>
          <w:lang w:val="ru-RU"/>
        </w:rPr>
        <w:t>У</w:t>
      </w:r>
      <w:r w:rsidRPr="00DE3898">
        <w:rPr>
          <w:rFonts w:ascii="Times New Roman" w:hAnsi="Times New Roman" w:cs="Times New Roman"/>
          <w:b/>
          <w:sz w:val="28"/>
          <w:lang w:val="ru-RU"/>
        </w:rPr>
        <w:t>АЛИЗАЦИЯ</w:t>
      </w:r>
      <w:r w:rsidR="008E03D7">
        <w:rPr>
          <w:rFonts w:ascii="Times New Roman" w:hAnsi="Times New Roman" w:cs="Times New Roman"/>
          <w:b/>
          <w:sz w:val="28"/>
          <w:lang w:val="ru-RU"/>
        </w:rPr>
        <w:br/>
      </w:r>
      <w:r w:rsidR="000D43D5">
        <w:rPr>
          <w:noProof/>
        </w:rPr>
        <w:drawing>
          <wp:inline distT="0" distB="0" distL="0" distR="0" wp14:anchorId="2924D54E" wp14:editId="0517EACE">
            <wp:extent cx="5940425" cy="3318641"/>
            <wp:effectExtent l="0" t="0" r="0" b="0"/>
            <wp:docPr id="13213086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8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00E9">
        <w:rPr>
          <w:rFonts w:ascii="Times New Roman" w:hAnsi="Times New Roman" w:cs="Times New Roman"/>
          <w:b/>
          <w:sz w:val="28"/>
          <w:lang w:val="ru-RU"/>
        </w:rPr>
        <w:br/>
      </w:r>
      <w:r w:rsidR="000D43D5">
        <w:rPr>
          <w:noProof/>
        </w:rPr>
        <w:drawing>
          <wp:inline distT="0" distB="0" distL="0" distR="0" wp14:anchorId="6F28E58E" wp14:editId="0EFB6948">
            <wp:extent cx="5943600" cy="3320415"/>
            <wp:effectExtent l="0" t="0" r="0" b="0"/>
            <wp:docPr id="11594367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2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00E9">
        <w:rPr>
          <w:rFonts w:ascii="Times New Roman" w:hAnsi="Times New Roman" w:cs="Times New Roman"/>
          <w:b/>
          <w:sz w:val="28"/>
          <w:lang w:val="ru-RU"/>
        </w:rPr>
        <w:br/>
      </w:r>
      <w:r w:rsidR="000D43D5">
        <w:rPr>
          <w:noProof/>
        </w:rPr>
        <w:lastRenderedPageBreak/>
        <w:drawing>
          <wp:inline distT="0" distB="0" distL="0" distR="0" wp14:anchorId="0145F567" wp14:editId="73E41847">
            <wp:extent cx="5940425" cy="3318641"/>
            <wp:effectExtent l="0" t="0" r="0" b="0"/>
            <wp:docPr id="67960815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8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03D7">
        <w:rPr>
          <w:b/>
          <w:sz w:val="28"/>
          <w:lang w:val="ru-RU"/>
        </w:rPr>
        <w:br/>
      </w:r>
      <w:r w:rsidR="000D43D5">
        <w:rPr>
          <w:noProof/>
        </w:rPr>
        <w:drawing>
          <wp:inline distT="0" distB="0" distL="0" distR="0" wp14:anchorId="1025E145" wp14:editId="183FC91E">
            <wp:extent cx="5919470" cy="3344545"/>
            <wp:effectExtent l="0" t="0" r="0" b="0"/>
            <wp:docPr id="9090957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70" cy="334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3D5">
        <w:rPr>
          <w:rFonts w:ascii="Times New Roman" w:hAnsi="Times New Roman" w:cs="Times New Roman"/>
          <w:b/>
          <w:sz w:val="28"/>
        </w:rPr>
        <w:br/>
      </w:r>
      <w:r w:rsidR="000D43D5">
        <w:rPr>
          <w:rFonts w:ascii="Times New Roman" w:hAnsi="Times New Roman" w:cs="Times New Roman"/>
          <w:b/>
          <w:sz w:val="28"/>
        </w:rPr>
        <w:br/>
      </w:r>
      <w:r w:rsidR="000D43D5">
        <w:rPr>
          <w:rFonts w:ascii="Times New Roman" w:hAnsi="Times New Roman" w:cs="Times New Roman"/>
          <w:b/>
          <w:sz w:val="28"/>
        </w:rPr>
        <w:br/>
      </w:r>
      <w:r w:rsidR="000D43D5">
        <w:rPr>
          <w:rFonts w:ascii="Times New Roman" w:hAnsi="Times New Roman" w:cs="Times New Roman"/>
          <w:b/>
          <w:sz w:val="28"/>
        </w:rPr>
        <w:br/>
      </w:r>
      <w:r w:rsidR="000D43D5">
        <w:rPr>
          <w:rFonts w:ascii="Times New Roman" w:hAnsi="Times New Roman" w:cs="Times New Roman"/>
          <w:b/>
          <w:sz w:val="28"/>
        </w:rPr>
        <w:br/>
      </w:r>
      <w:r w:rsidR="008E03D7">
        <w:rPr>
          <w:b/>
          <w:sz w:val="28"/>
          <w:lang w:val="ru-RU"/>
        </w:rPr>
        <w:br/>
      </w:r>
    </w:p>
    <w:p w14:paraId="701A4D1A" w14:textId="52968BEF" w:rsidR="0051076B" w:rsidRDefault="0051076B" w:rsidP="00DE3898">
      <w:pPr>
        <w:jc w:val="center"/>
        <w:rPr>
          <w:b/>
          <w:sz w:val="28"/>
          <w:lang w:val="ru-RU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48"/>
      </w:tblGrid>
      <w:tr w:rsidR="000D36BA" w14:paraId="0A9ABC9A" w14:textId="77777777" w:rsidTr="00D36AAE">
        <w:tc>
          <w:tcPr>
            <w:tcW w:w="4531" w:type="dxa"/>
          </w:tcPr>
          <w:p w14:paraId="2F3483D2" w14:textId="77777777" w:rsidR="0088681B" w:rsidRDefault="00D36AAE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6AA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Заказчик:</w:t>
            </w:r>
          </w:p>
          <w:p w14:paraId="2047F8BA" w14:textId="77777777" w:rsidR="00C576A6" w:rsidRDefault="00C576A6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556926" w14:textId="77777777" w:rsidR="00C576A6" w:rsidRDefault="00C576A6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7FE319" w14:textId="77777777" w:rsidR="00C576A6" w:rsidRDefault="00C576A6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F7035B7" w14:textId="77777777" w:rsidR="00C576A6" w:rsidRDefault="00C576A6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FFB374" w14:textId="77777777" w:rsidR="00C576A6" w:rsidRDefault="00C576A6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3CFE03" w14:textId="77777777" w:rsidR="00C576A6" w:rsidRDefault="00C576A6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BC2DF2B" w14:textId="77777777" w:rsidR="00C576A6" w:rsidRDefault="00C576A6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3AE0D4" w14:textId="77777777" w:rsidR="00C576A6" w:rsidRDefault="00C576A6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1D6178" w14:textId="77777777" w:rsidR="00C576A6" w:rsidRDefault="00C576A6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C1D9DC" w14:textId="77777777" w:rsidR="00C576A6" w:rsidRDefault="00C576A6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CC4726E" w14:textId="0025D09B" w:rsidR="00C576A6" w:rsidRDefault="000D36BA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br/>
            </w:r>
          </w:p>
          <w:p w14:paraId="02F59C77" w14:textId="136AA79C" w:rsidR="00C576A6" w:rsidRPr="00C576A6" w:rsidRDefault="000D36BA" w:rsidP="00D36AA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br/>
            </w:r>
            <w:r w:rsidR="00C576A6" w:rsidRPr="00C576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Подпись</w:t>
            </w:r>
            <w:r w:rsidR="00C576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__________________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                          </w:t>
            </w:r>
          </w:p>
        </w:tc>
        <w:tc>
          <w:tcPr>
            <w:tcW w:w="5148" w:type="dxa"/>
          </w:tcPr>
          <w:p w14:paraId="3ED32090" w14:textId="0A015497" w:rsidR="00D36AAE" w:rsidRPr="00D36AAE" w:rsidRDefault="00D36AAE" w:rsidP="00D36AAE">
            <w:pPr>
              <w:tabs>
                <w:tab w:val="left" w:pos="45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D36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Подрядчик:</w:t>
            </w:r>
          </w:p>
          <w:p w14:paraId="7016E0F2" w14:textId="77777777" w:rsidR="00D36AAE" w:rsidRPr="00D36AAE" w:rsidRDefault="00D36AAE" w:rsidP="0088681B">
            <w:pPr>
              <w:tabs>
                <w:tab w:val="left" w:pos="459"/>
              </w:tabs>
              <w:ind w:left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560ECDBA" w14:textId="54724523" w:rsidR="0088681B" w:rsidRPr="0088681B" w:rsidRDefault="0088681B" w:rsidP="00D36AAE">
            <w:pPr>
              <w:tabs>
                <w:tab w:val="left" w:pos="45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6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Индивидуальный предприниматель</w:t>
            </w:r>
          </w:p>
          <w:p w14:paraId="7C43B7FB" w14:textId="289D4B40" w:rsidR="00D36AAE" w:rsidRPr="00D36AAE" w:rsidRDefault="0088681B" w:rsidP="00D36A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36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ЗАГИЕВ ДМИТРИЙ АЛЕКСАНДРОВИЧ</w:t>
            </w:r>
          </w:p>
          <w:p w14:paraId="4CF61C82" w14:textId="77777777" w:rsidR="00D36AAE" w:rsidRPr="00D36AAE" w:rsidRDefault="00D36AAE" w:rsidP="00D36AA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36A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ИНН 352837278750,</w:t>
            </w:r>
          </w:p>
          <w:p w14:paraId="18B078AD" w14:textId="77777777" w:rsidR="00D36AAE" w:rsidRPr="00D36AAE" w:rsidRDefault="00D36AAE" w:rsidP="00D36AA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36A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ОГРНИП 325350000068221</w:t>
            </w:r>
          </w:p>
          <w:p w14:paraId="6CDDCF65" w14:textId="3E4F0409" w:rsidR="00D36AAE" w:rsidRDefault="00D36AAE" w:rsidP="00D36AA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36A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Тел: +7</w:t>
            </w:r>
            <w:r w:rsidR="000D36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D36A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911</w:t>
            </w:r>
            <w:r w:rsidR="000D36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r w:rsidRPr="00D36A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444-44-32</w:t>
            </w:r>
          </w:p>
          <w:p w14:paraId="61B537AD" w14:textId="40C98E1B" w:rsidR="00C576A6" w:rsidRDefault="000D36BA" w:rsidP="00C576A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ru-RU"/>
              </w:rPr>
              <w:drawing>
                <wp:inline distT="0" distB="0" distL="0" distR="0" wp14:anchorId="4D13DBCC" wp14:editId="0DE4104E">
                  <wp:extent cx="1485900" cy="1446900"/>
                  <wp:effectExtent l="0" t="0" r="0" b="1270"/>
                  <wp:docPr id="1501709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70977" name="Рисунок 15017097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568" cy="1558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br/>
            </w:r>
            <w:r w:rsidR="00C576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Подпись ___________________</w:t>
            </w:r>
          </w:p>
          <w:p w14:paraId="29E97586" w14:textId="786E2EE6" w:rsidR="00D36AAE" w:rsidRDefault="00D36AAE" w:rsidP="00D36AA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D710F51" w14:textId="7EF1E9BB" w:rsidR="00D36AAE" w:rsidRDefault="00D36AAE" w:rsidP="00D36AA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325A91F" w14:textId="77777777" w:rsidR="00D36AAE" w:rsidRDefault="00D36AAE" w:rsidP="00D36AA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3804318" w14:textId="0565882C" w:rsidR="00D36AAE" w:rsidRPr="00D36AAE" w:rsidRDefault="00D36AAE" w:rsidP="00D36AA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0D36BA" w14:paraId="5A11131C" w14:textId="77777777" w:rsidTr="00D36AAE">
        <w:tc>
          <w:tcPr>
            <w:tcW w:w="4531" w:type="dxa"/>
          </w:tcPr>
          <w:p w14:paraId="2747239E" w14:textId="77777777" w:rsidR="00C576A6" w:rsidRPr="00D36AAE" w:rsidRDefault="00C576A6" w:rsidP="00D36AA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148" w:type="dxa"/>
          </w:tcPr>
          <w:p w14:paraId="6F2E30BF" w14:textId="77777777" w:rsidR="00C576A6" w:rsidRPr="00D36AAE" w:rsidRDefault="00C576A6" w:rsidP="00D36AAE">
            <w:pPr>
              <w:tabs>
                <w:tab w:val="left" w:pos="45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14:paraId="74832F5B" w14:textId="77777777" w:rsidR="0088681B" w:rsidRDefault="0088681B" w:rsidP="00DE3898">
      <w:pPr>
        <w:jc w:val="center"/>
        <w:rPr>
          <w:b/>
          <w:sz w:val="28"/>
          <w:lang w:val="ru-RU"/>
        </w:rPr>
      </w:pPr>
    </w:p>
    <w:p w14:paraId="60DFCE9B" w14:textId="30CD890B" w:rsidR="00DE3898" w:rsidRPr="00DE3898" w:rsidRDefault="00DE3898" w:rsidP="00DE3898">
      <w:pPr>
        <w:rPr>
          <w:b/>
          <w:sz w:val="28"/>
          <w:lang w:val="ru-RU"/>
        </w:rPr>
      </w:pPr>
    </w:p>
    <w:p w14:paraId="456D00CC" w14:textId="77777777" w:rsidR="00650564" w:rsidRPr="0093315C" w:rsidRDefault="00650564">
      <w:pPr>
        <w:rPr>
          <w:lang w:val="ru-RU"/>
        </w:rPr>
      </w:pPr>
    </w:p>
    <w:sectPr w:rsidR="00650564" w:rsidRPr="0093315C" w:rsidSect="0088681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134" w:right="850" w:bottom="1134" w:left="1701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E0408" w14:textId="77777777" w:rsidR="005A31B7" w:rsidRDefault="005A31B7" w:rsidP="00483E7F">
      <w:pPr>
        <w:spacing w:after="0" w:line="240" w:lineRule="auto"/>
      </w:pPr>
      <w:r>
        <w:separator/>
      </w:r>
    </w:p>
  </w:endnote>
  <w:endnote w:type="continuationSeparator" w:id="0">
    <w:p w14:paraId="48873181" w14:textId="77777777" w:rsidR="005A31B7" w:rsidRDefault="005A31B7" w:rsidP="00483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E6D1E" w14:textId="77777777" w:rsidR="00AF4C76" w:rsidRDefault="00AF4C7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9C78" w14:textId="77777777" w:rsidR="00AF4C76" w:rsidRDefault="00AF4C7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EB457" w14:textId="77777777" w:rsidR="00AF4C76" w:rsidRDefault="00AF4C7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5FFF1" w14:textId="77777777" w:rsidR="005A31B7" w:rsidRDefault="005A31B7" w:rsidP="00483E7F">
      <w:pPr>
        <w:spacing w:after="0" w:line="240" w:lineRule="auto"/>
      </w:pPr>
      <w:r>
        <w:separator/>
      </w:r>
    </w:p>
  </w:footnote>
  <w:footnote w:type="continuationSeparator" w:id="0">
    <w:p w14:paraId="034A12F1" w14:textId="77777777" w:rsidR="005A31B7" w:rsidRDefault="005A31B7" w:rsidP="00483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81CAF" w14:textId="77777777" w:rsidR="00AF4C76" w:rsidRDefault="00AF4C7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6BE8E" w14:textId="77777777" w:rsidR="00AF4C76" w:rsidRDefault="00AF4C7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E967B" w14:textId="77777777" w:rsidR="00AF4C76" w:rsidRDefault="00AF4C7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AB80C4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5A51DA"/>
    <w:multiLevelType w:val="multilevel"/>
    <w:tmpl w:val="A346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0A303A"/>
    <w:multiLevelType w:val="hybridMultilevel"/>
    <w:tmpl w:val="08FAA7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2F2972"/>
    <w:multiLevelType w:val="hybridMultilevel"/>
    <w:tmpl w:val="69042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587263">
    <w:abstractNumId w:val="8"/>
  </w:num>
  <w:num w:numId="2" w16cid:durableId="576791028">
    <w:abstractNumId w:val="6"/>
  </w:num>
  <w:num w:numId="3" w16cid:durableId="881407956">
    <w:abstractNumId w:val="5"/>
  </w:num>
  <w:num w:numId="4" w16cid:durableId="193810790">
    <w:abstractNumId w:val="4"/>
  </w:num>
  <w:num w:numId="5" w16cid:durableId="1873034237">
    <w:abstractNumId w:val="7"/>
  </w:num>
  <w:num w:numId="6" w16cid:durableId="1882328585">
    <w:abstractNumId w:val="3"/>
  </w:num>
  <w:num w:numId="7" w16cid:durableId="2102407659">
    <w:abstractNumId w:val="2"/>
  </w:num>
  <w:num w:numId="8" w16cid:durableId="363331820">
    <w:abstractNumId w:val="1"/>
  </w:num>
  <w:num w:numId="9" w16cid:durableId="170535720">
    <w:abstractNumId w:val="0"/>
  </w:num>
  <w:num w:numId="10" w16cid:durableId="115494514">
    <w:abstractNumId w:val="10"/>
  </w:num>
  <w:num w:numId="11" w16cid:durableId="30880121">
    <w:abstractNumId w:val="9"/>
  </w:num>
  <w:num w:numId="12" w16cid:durableId="4131684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B86"/>
    <w:rsid w:val="00052772"/>
    <w:rsid w:val="0006063C"/>
    <w:rsid w:val="000617B3"/>
    <w:rsid w:val="00081887"/>
    <w:rsid w:val="000C5FCD"/>
    <w:rsid w:val="000D36BA"/>
    <w:rsid w:val="000D43D5"/>
    <w:rsid w:val="000E0F5B"/>
    <w:rsid w:val="000F7935"/>
    <w:rsid w:val="00103102"/>
    <w:rsid w:val="001132B9"/>
    <w:rsid w:val="0015074B"/>
    <w:rsid w:val="001D0688"/>
    <w:rsid w:val="001D1C74"/>
    <w:rsid w:val="001F2A42"/>
    <w:rsid w:val="00290258"/>
    <w:rsid w:val="0029639D"/>
    <w:rsid w:val="002A02E6"/>
    <w:rsid w:val="002F01DB"/>
    <w:rsid w:val="003069FB"/>
    <w:rsid w:val="00313B36"/>
    <w:rsid w:val="00326F90"/>
    <w:rsid w:val="00334491"/>
    <w:rsid w:val="00351ED5"/>
    <w:rsid w:val="00352374"/>
    <w:rsid w:val="00357DAF"/>
    <w:rsid w:val="00483E7F"/>
    <w:rsid w:val="004F5FE8"/>
    <w:rsid w:val="005100E9"/>
    <w:rsid w:val="0051076B"/>
    <w:rsid w:val="005A31B7"/>
    <w:rsid w:val="005B1725"/>
    <w:rsid w:val="005D0CCC"/>
    <w:rsid w:val="00604980"/>
    <w:rsid w:val="00615D33"/>
    <w:rsid w:val="006203E1"/>
    <w:rsid w:val="00650564"/>
    <w:rsid w:val="0067497D"/>
    <w:rsid w:val="006C39FA"/>
    <w:rsid w:val="00714D62"/>
    <w:rsid w:val="00724732"/>
    <w:rsid w:val="00745409"/>
    <w:rsid w:val="0075715D"/>
    <w:rsid w:val="007721CB"/>
    <w:rsid w:val="007C5C89"/>
    <w:rsid w:val="007D4BC4"/>
    <w:rsid w:val="007E5266"/>
    <w:rsid w:val="007F2E61"/>
    <w:rsid w:val="008037AF"/>
    <w:rsid w:val="008420FC"/>
    <w:rsid w:val="0085322D"/>
    <w:rsid w:val="0085731E"/>
    <w:rsid w:val="0088551A"/>
    <w:rsid w:val="0088681B"/>
    <w:rsid w:val="008B1577"/>
    <w:rsid w:val="008C4D9E"/>
    <w:rsid w:val="008E03D7"/>
    <w:rsid w:val="008E7309"/>
    <w:rsid w:val="0093315C"/>
    <w:rsid w:val="00934642"/>
    <w:rsid w:val="00950C19"/>
    <w:rsid w:val="00962F46"/>
    <w:rsid w:val="00964CC6"/>
    <w:rsid w:val="009A7E28"/>
    <w:rsid w:val="009B4BC8"/>
    <w:rsid w:val="009C7088"/>
    <w:rsid w:val="009D1B7A"/>
    <w:rsid w:val="00A119D6"/>
    <w:rsid w:val="00A323FE"/>
    <w:rsid w:val="00A43158"/>
    <w:rsid w:val="00A545C1"/>
    <w:rsid w:val="00A655D2"/>
    <w:rsid w:val="00A90205"/>
    <w:rsid w:val="00AA1D8D"/>
    <w:rsid w:val="00AB7D2B"/>
    <w:rsid w:val="00AD3F2C"/>
    <w:rsid w:val="00AD5AF1"/>
    <w:rsid w:val="00AF4C76"/>
    <w:rsid w:val="00B11B8D"/>
    <w:rsid w:val="00B34217"/>
    <w:rsid w:val="00B40DA5"/>
    <w:rsid w:val="00B47730"/>
    <w:rsid w:val="00B63A91"/>
    <w:rsid w:val="00B65F7E"/>
    <w:rsid w:val="00B6611D"/>
    <w:rsid w:val="00BF3734"/>
    <w:rsid w:val="00C015E7"/>
    <w:rsid w:val="00C319CE"/>
    <w:rsid w:val="00C576A6"/>
    <w:rsid w:val="00CA66BA"/>
    <w:rsid w:val="00CB0664"/>
    <w:rsid w:val="00CB0930"/>
    <w:rsid w:val="00CB522C"/>
    <w:rsid w:val="00D13055"/>
    <w:rsid w:val="00D17F53"/>
    <w:rsid w:val="00D36AAE"/>
    <w:rsid w:val="00D542B0"/>
    <w:rsid w:val="00DC233A"/>
    <w:rsid w:val="00DE3898"/>
    <w:rsid w:val="00E270B0"/>
    <w:rsid w:val="00EB7B7D"/>
    <w:rsid w:val="00F43640"/>
    <w:rsid w:val="00F5526C"/>
    <w:rsid w:val="00F63EC3"/>
    <w:rsid w:val="00FA4C75"/>
    <w:rsid w:val="00FC693F"/>
    <w:rsid w:val="00FE1595"/>
    <w:rsid w:val="00FE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3C90AA"/>
  <w14:defaultImageDpi w14:val="300"/>
  <w15:docId w15:val="{D9B2D2F9-8924-E848-A536-C9EF1E23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eastAsia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docdata">
    <w:name w:val="docdata"/>
    <w:aliases w:val="docy,v5,973,bqiaagaaeyqcaaagiaiaaam0awaabuidaaaaaaaaaaaaaaaaaaaaaaaaaaaaaaaaaaaaaaaaaaaaaaaaaaaaaaaaaaaaaaaaaaaaaaaaaaaaaaaaaaaaaaaaaaaaaaaaaaaaaaaaaaaaaaaaaaaaaaaaaaaaaaaaaaaaaaaaaaaaaaaaaaaaaaaaaaaaaaaaaaaaaaaaaaaaaaaaaaaaaaaaaaaaaaaaaaaaaaaaa"/>
    <w:basedOn w:val="a2"/>
    <w:rsid w:val="00A119D6"/>
  </w:style>
  <w:style w:type="character" w:customStyle="1" w:styleId="apple-converted-space">
    <w:name w:val="apple-converted-space"/>
    <w:basedOn w:val="a2"/>
    <w:rsid w:val="00A119D6"/>
  </w:style>
  <w:style w:type="paragraph" w:styleId="aff8">
    <w:name w:val="Normal (Web)"/>
    <w:basedOn w:val="a1"/>
    <w:uiPriority w:val="99"/>
    <w:semiHidden/>
    <w:unhideWhenUsed/>
    <w:rsid w:val="00A54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444">
    <w:name w:val="2444"/>
    <w:aliases w:val="bqiaagaaeyqcaaagiaiaaao3bgaabcugaaaaaaaaaaaaaaaaaaaaaaaaaaaaaaaaaaaaaaaaaaaaaaaaaaaaaaaaaaaaaaaaaaaaaaaaaaaaaaaaaaaaaaaaaaaaaaaaaaaaaaaaaaaaaaaaaaaaaaaaaaaaaaaaaaaaaaaaaaaaaaaaaaaaaaaaaaaaaaaaaaaaaaaaaaaaaaaaaaaaaaaaaaaaaaaaaaaaaaaa"/>
    <w:basedOn w:val="a1"/>
    <w:rsid w:val="00886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7">
    <w:name w:val="s7"/>
    <w:basedOn w:val="a2"/>
    <w:rsid w:val="00F63EC3"/>
  </w:style>
  <w:style w:type="character" w:customStyle="1" w:styleId="s8">
    <w:name w:val="s8"/>
    <w:basedOn w:val="a2"/>
    <w:rsid w:val="00F63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4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537</Words>
  <Characters>3061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Дмитрий</cp:lastModifiedBy>
  <cp:revision>4</cp:revision>
  <cp:lastPrinted>2026-03-10T11:44:00Z</cp:lastPrinted>
  <dcterms:created xsi:type="dcterms:W3CDTF">2026-04-08T11:50:00Z</dcterms:created>
  <dcterms:modified xsi:type="dcterms:W3CDTF">2026-08-11T06:29:00Z</dcterms:modified>
  <cp:category/>
</cp:coreProperties>
</file>